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D681E" w14:textId="52CC98C5" w:rsidR="00A46F72" w:rsidRDefault="00000000">
      <w:pPr>
        <w:pStyle w:val="aa"/>
        <w:jc w:val="center"/>
        <w:rPr>
          <w:lang w:eastAsia="ja-JP"/>
        </w:rPr>
      </w:pPr>
      <w:r>
        <w:rPr>
          <w:lang w:eastAsia="ja-JP"/>
        </w:rPr>
        <w:t>給食業務委託簡易</w:t>
      </w:r>
      <w:r w:rsidR="00294212">
        <w:rPr>
          <w:rFonts w:hint="eastAsia"/>
          <w:lang w:eastAsia="ja-JP"/>
        </w:rPr>
        <w:t>型</w:t>
      </w:r>
      <w:r>
        <w:rPr>
          <w:lang w:eastAsia="ja-JP"/>
        </w:rPr>
        <w:t>プロポーザル</w:t>
      </w:r>
      <w:r>
        <w:rPr>
          <w:lang w:eastAsia="ja-JP"/>
        </w:rPr>
        <w:t xml:space="preserve"> </w:t>
      </w:r>
      <w:r>
        <w:rPr>
          <w:lang w:eastAsia="ja-JP"/>
        </w:rPr>
        <w:t>提案書様式</w:t>
      </w:r>
    </w:p>
    <w:p w14:paraId="5BC00C5B" w14:textId="77777777" w:rsidR="00A46F72" w:rsidRDefault="00000000">
      <w:pPr>
        <w:jc w:val="center"/>
      </w:pPr>
      <w:proofErr w:type="spellStart"/>
      <w:r>
        <w:rPr>
          <w:b/>
        </w:rPr>
        <w:t>社会福祉法人石川県社会福祉事業団</w:t>
      </w:r>
      <w:proofErr w:type="spellEnd"/>
    </w:p>
    <w:p w14:paraId="71A6E782" w14:textId="77777777" w:rsidR="00A46F72" w:rsidRDefault="00000000">
      <w:pPr>
        <w:rPr>
          <w:lang w:eastAsia="ja-JP"/>
        </w:rPr>
      </w:pPr>
      <w:r>
        <w:rPr>
          <w:lang w:eastAsia="ja-JP"/>
        </w:rPr>
        <w:t>提案内容は簡潔かつ具体的に記載する。施設別の違いがある場合は、施設名を明示する。本文はA4で25ページ以内を目安とし、見積書及び証明書類はページ数に含めない。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803"/>
      </w:tblGrid>
      <w:tr w:rsidR="00A46F72" w14:paraId="78991F80" w14:textId="77777777">
        <w:trPr>
          <w:jc w:val="center"/>
        </w:trPr>
        <w:tc>
          <w:tcPr>
            <w:tcW w:w="2551" w:type="dxa"/>
            <w:shd w:val="clear" w:color="auto" w:fill="1F4E78"/>
            <w:vAlign w:val="center"/>
          </w:tcPr>
          <w:p w14:paraId="2B0C4802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提出者情報</w:t>
            </w:r>
            <w:proofErr w:type="spellEnd"/>
          </w:p>
        </w:tc>
        <w:tc>
          <w:tcPr>
            <w:tcW w:w="6803" w:type="dxa"/>
            <w:shd w:val="clear" w:color="auto" w:fill="1F4E78"/>
            <w:vAlign w:val="center"/>
          </w:tcPr>
          <w:p w14:paraId="11335038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記入欄</w:t>
            </w:r>
            <w:proofErr w:type="spellEnd"/>
          </w:p>
        </w:tc>
      </w:tr>
      <w:tr w:rsidR="00A46F72" w14:paraId="14492C11" w14:textId="77777777">
        <w:trPr>
          <w:jc w:val="center"/>
        </w:trPr>
        <w:tc>
          <w:tcPr>
            <w:tcW w:w="2551" w:type="dxa"/>
            <w:vAlign w:val="center"/>
          </w:tcPr>
          <w:p w14:paraId="255A6351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法人名</w:t>
            </w:r>
            <w:proofErr w:type="spellEnd"/>
          </w:p>
        </w:tc>
        <w:tc>
          <w:tcPr>
            <w:tcW w:w="6803" w:type="dxa"/>
            <w:vAlign w:val="center"/>
          </w:tcPr>
          <w:p w14:paraId="17A0F0F9" w14:textId="77777777" w:rsidR="00A46F72" w:rsidRDefault="00A46F72">
            <w:pPr>
              <w:spacing w:after="0" w:line="240" w:lineRule="auto"/>
            </w:pPr>
          </w:p>
        </w:tc>
      </w:tr>
      <w:tr w:rsidR="00A46F72" w14:paraId="13DE11FB" w14:textId="77777777">
        <w:trPr>
          <w:jc w:val="center"/>
        </w:trPr>
        <w:tc>
          <w:tcPr>
            <w:tcW w:w="2551" w:type="dxa"/>
            <w:shd w:val="clear" w:color="auto" w:fill="EAF2F8"/>
            <w:vAlign w:val="center"/>
          </w:tcPr>
          <w:p w14:paraId="562C5713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代表者</w:t>
            </w:r>
            <w:proofErr w:type="spellEnd"/>
          </w:p>
        </w:tc>
        <w:tc>
          <w:tcPr>
            <w:tcW w:w="6803" w:type="dxa"/>
            <w:shd w:val="clear" w:color="auto" w:fill="EAF2F8"/>
            <w:vAlign w:val="center"/>
          </w:tcPr>
          <w:p w14:paraId="7E155801" w14:textId="77777777" w:rsidR="00A46F72" w:rsidRDefault="00A46F72">
            <w:pPr>
              <w:spacing w:after="0" w:line="240" w:lineRule="auto"/>
            </w:pPr>
          </w:p>
        </w:tc>
      </w:tr>
      <w:tr w:rsidR="00A46F72" w14:paraId="0319E443" w14:textId="77777777">
        <w:trPr>
          <w:jc w:val="center"/>
        </w:trPr>
        <w:tc>
          <w:tcPr>
            <w:tcW w:w="2551" w:type="dxa"/>
            <w:vAlign w:val="center"/>
          </w:tcPr>
          <w:p w14:paraId="49648826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提案責任者</w:t>
            </w:r>
            <w:proofErr w:type="spellEnd"/>
          </w:p>
        </w:tc>
        <w:tc>
          <w:tcPr>
            <w:tcW w:w="6803" w:type="dxa"/>
            <w:vAlign w:val="center"/>
          </w:tcPr>
          <w:p w14:paraId="30C7FBF6" w14:textId="77777777" w:rsidR="00A46F72" w:rsidRDefault="00A46F72">
            <w:pPr>
              <w:spacing w:after="0" w:line="240" w:lineRule="auto"/>
            </w:pPr>
          </w:p>
        </w:tc>
      </w:tr>
      <w:tr w:rsidR="00A46F72" w14:paraId="0577145F" w14:textId="77777777">
        <w:trPr>
          <w:jc w:val="center"/>
        </w:trPr>
        <w:tc>
          <w:tcPr>
            <w:tcW w:w="2551" w:type="dxa"/>
            <w:shd w:val="clear" w:color="auto" w:fill="EAF2F8"/>
            <w:vAlign w:val="center"/>
          </w:tcPr>
          <w:p w14:paraId="1356944B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連絡先</w:t>
            </w:r>
            <w:proofErr w:type="spellEnd"/>
          </w:p>
        </w:tc>
        <w:tc>
          <w:tcPr>
            <w:tcW w:w="6803" w:type="dxa"/>
            <w:shd w:val="clear" w:color="auto" w:fill="EAF2F8"/>
            <w:vAlign w:val="center"/>
          </w:tcPr>
          <w:p w14:paraId="7B83AC54" w14:textId="77777777" w:rsidR="00A46F72" w:rsidRDefault="00A46F72">
            <w:pPr>
              <w:spacing w:after="0" w:line="240" w:lineRule="auto"/>
            </w:pPr>
          </w:p>
        </w:tc>
      </w:tr>
    </w:tbl>
    <w:p w14:paraId="44552BBF" w14:textId="77777777" w:rsidR="00A46F72" w:rsidRDefault="00A46F72">
      <w:pPr>
        <w:spacing w:after="0"/>
      </w:pPr>
    </w:p>
    <w:p w14:paraId="127C10D0" w14:textId="77777777" w:rsidR="00A46F72" w:rsidRDefault="00000000">
      <w:pPr>
        <w:pStyle w:val="1"/>
      </w:pPr>
      <w:r>
        <w:t xml:space="preserve">1 </w:t>
      </w:r>
      <w:proofErr w:type="spellStart"/>
      <w:r>
        <w:t>提案対象施設と組合せ</w:t>
      </w:r>
      <w:proofErr w:type="spellEnd"/>
    </w:p>
    <w:p w14:paraId="3C9DA78C" w14:textId="53629A4D" w:rsidR="00A46F72" w:rsidRDefault="00000000">
      <w:pPr>
        <w:rPr>
          <w:lang w:eastAsia="ja-JP"/>
        </w:rPr>
      </w:pPr>
      <w:r>
        <w:rPr>
          <w:lang w:eastAsia="ja-JP"/>
        </w:rPr>
        <w:t>提案する施設</w:t>
      </w:r>
      <w:r w:rsidR="006113E8">
        <w:rPr>
          <w:rFonts w:hint="eastAsia"/>
          <w:lang w:eastAsia="ja-JP"/>
        </w:rPr>
        <w:t>を</w:t>
      </w:r>
      <w:r w:rsidR="00F3075A">
        <w:rPr>
          <w:rFonts w:hint="eastAsia"/>
          <w:lang w:eastAsia="ja-JP"/>
        </w:rPr>
        <w:t>記載</w:t>
      </w:r>
      <w:r>
        <w:rPr>
          <w:lang w:eastAsia="ja-JP"/>
        </w:rPr>
        <w:t>し、単独・組合せの考え方と、受託できない場合の代替組合せを記載する。</w:t>
      </w:r>
    </w:p>
    <w:p w14:paraId="0731713E" w14:textId="77777777" w:rsidR="00A46F72" w:rsidRDefault="00000000">
      <w:r>
        <w:t>＿＿＿＿＿＿＿＿＿＿＿＿＿＿＿＿＿＿＿＿＿＿＿＿＿＿＿＿＿＿＿＿＿＿＿＿＿＿＿＿</w:t>
      </w:r>
    </w:p>
    <w:p w14:paraId="0ED200AA" w14:textId="77777777" w:rsidR="00A46F72" w:rsidRDefault="00000000">
      <w:r>
        <w:t>＿＿＿＿＿＿＿＿＿＿＿＿＿＿＿＿＿＿＿＿＿＿＿＿＿＿＿＿＿＿＿＿＿＿＿＿＿＿＿＿</w:t>
      </w:r>
    </w:p>
    <w:p w14:paraId="29702285" w14:textId="77777777" w:rsidR="00A46F72" w:rsidRDefault="00000000">
      <w:r>
        <w:t>＿＿＿＿＿＿＿＿＿＿＿＿＿＿＿＿＿＿＿＿＿＿＿＿＿＿＿＿＿＿＿＿＿＿＿＿＿＿＿＿</w:t>
      </w:r>
    </w:p>
    <w:p w14:paraId="4DE91AF6" w14:textId="77777777" w:rsidR="00A46F72" w:rsidRDefault="00000000">
      <w:r>
        <w:t>＿＿＿＿＿＿＿＿＿＿＿＿＿＿＿＿＿＿＿＿＿＿＿＿＿＿＿＿＿＿＿＿＿＿＿＿＿＿＿＿</w:t>
      </w:r>
    </w:p>
    <w:p w14:paraId="02BC369F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2 </w:t>
      </w:r>
      <w:r>
        <w:rPr>
          <w:lang w:eastAsia="ja-JP"/>
        </w:rPr>
        <w:t>提供方式と業務分担</w:t>
      </w:r>
    </w:p>
    <w:p w14:paraId="098830C8" w14:textId="77777777" w:rsidR="00A46F72" w:rsidRDefault="00000000">
      <w:pPr>
        <w:rPr>
          <w:lang w:eastAsia="ja-JP"/>
        </w:rPr>
      </w:pPr>
      <w:r>
        <w:rPr>
          <w:lang w:eastAsia="ja-JP"/>
        </w:rPr>
        <w:t>施設ごとの提供方式、選定理由、一日の流れ、事業者と施設の業務分担を記載する。</w:t>
      </w:r>
    </w:p>
    <w:p w14:paraId="48C412EB" w14:textId="77777777" w:rsidR="00A46F72" w:rsidRDefault="00000000">
      <w:r>
        <w:t>＿＿＿＿＿＿＿＿＿＿＿＿＿＿＿＿＿＿＿＿＿＿＿＿＿＿＿＿＿＿＿＿＿＿＿＿＿＿＿＿</w:t>
      </w:r>
    </w:p>
    <w:p w14:paraId="25169CED" w14:textId="77777777" w:rsidR="00A46F72" w:rsidRDefault="00000000">
      <w:r>
        <w:t>＿＿＿＿＿＿＿＿＿＿＿＿＿＿＿＿＿＿＿＿＿＿＿＿＿＿＿＿＿＿＿＿＿＿＿＿＿＿＿＿</w:t>
      </w:r>
    </w:p>
    <w:p w14:paraId="6F8EF94D" w14:textId="77777777" w:rsidR="00A46F72" w:rsidRDefault="00000000">
      <w:r>
        <w:t>＿＿＿＿＿＿＿＿＿＿＿＿＿＿＿＿＿＿＿＿＿＿＿＿＿＿＿＿＿＿＿＿＿＿＿＿＿＿＿＿</w:t>
      </w:r>
    </w:p>
    <w:p w14:paraId="5AFEEA92" w14:textId="77777777" w:rsidR="00A46F72" w:rsidRDefault="00000000">
      <w:r>
        <w:t>＿＿＿＿＿＿＿＿＿＿＿＿＿＿＿＿＿＿＿＿＿＿＿＿＿＿＿＿＿＿＿＿＿＿＿＿＿＿＿＿</w:t>
      </w:r>
    </w:p>
    <w:p w14:paraId="0079B697" w14:textId="77777777" w:rsidR="00A46F72" w:rsidRDefault="00000000">
      <w:r>
        <w:t>＿＿＿＿＿＿＿＿＿＿＿＿＿＿＿＿＿＿＿＿＿＿＿＿＿＿＿＿＿＿＿＿＿＿＿＿＿＿＿＿</w:t>
      </w:r>
    </w:p>
    <w:p w14:paraId="585E6046" w14:textId="77777777" w:rsidR="00A46F72" w:rsidRDefault="00000000">
      <w:r>
        <w:t>＿＿＿＿＿＿＿＿＿＿＿＿＿＿＿＿＿＿＿＿＿＿＿＿＿＿＿＿＿＿＿＿＿＿＿＿＿＿＿＿</w:t>
      </w:r>
    </w:p>
    <w:p w14:paraId="37A037B8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3 </w:t>
      </w:r>
      <w:r>
        <w:rPr>
          <w:lang w:eastAsia="ja-JP"/>
        </w:rPr>
        <w:t>人員体制</w:t>
      </w:r>
    </w:p>
    <w:p w14:paraId="18866E6E" w14:textId="77777777" w:rsidR="00A46F72" w:rsidRDefault="00000000">
      <w:pPr>
        <w:rPr>
          <w:lang w:eastAsia="ja-JP"/>
        </w:rPr>
      </w:pPr>
      <w:r>
        <w:rPr>
          <w:lang w:eastAsia="ja-JP"/>
        </w:rPr>
        <w:t>施設別の責任者、職種、必要人数、勤務時間、採用済・採用予定の別、欠員時の応援体制を記載する。</w:t>
      </w:r>
    </w:p>
    <w:p w14:paraId="78472A9B" w14:textId="77777777" w:rsidR="00A46F72" w:rsidRDefault="00000000">
      <w:r>
        <w:t>＿＿＿＿＿＿＿＿＿＿＿＿＿＿＿＿＿＿＿＿＿＿＿＿＿＿＿＿＿＿＿＿＿＿＿＿＿＿＿＿</w:t>
      </w:r>
    </w:p>
    <w:p w14:paraId="5D3A626F" w14:textId="77777777" w:rsidR="00A46F72" w:rsidRDefault="00000000">
      <w:r>
        <w:t>＿＿＿＿＿＿＿＿＿＿＿＿＿＿＿＿＿＿＿＿＿＿＿＿＿＿＿＿＿＿＿＿＿＿＿＿＿＿＿＿</w:t>
      </w:r>
    </w:p>
    <w:p w14:paraId="23DF2C58" w14:textId="77777777" w:rsidR="00A46F72" w:rsidRDefault="00000000">
      <w:r>
        <w:t>＿＿＿＿＿＿＿＿＿＿＿＿＿＿＿＿＿＿＿＿＿＿＿＿＿＿＿＿＿＿＿＿＿＿＿＿＿＿＿＿</w:t>
      </w:r>
    </w:p>
    <w:p w14:paraId="1F995236" w14:textId="58170A08" w:rsidR="00A46F72" w:rsidRDefault="00000000">
      <w:r>
        <w:t>＿＿＿＿＿＿＿＿＿＿＿＿＿＿＿＿＿＿＿＿＿＿＿＿＿＿＿＿＿＿＿＿＿＿＿＿＿＿＿＿</w:t>
      </w:r>
      <w:r>
        <w:br w:type="page"/>
      </w:r>
    </w:p>
    <w:p w14:paraId="57F3AE31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lastRenderedPageBreak/>
        <w:t xml:space="preserve">4 </w:t>
      </w:r>
      <w:r>
        <w:rPr>
          <w:lang w:eastAsia="ja-JP"/>
        </w:rPr>
        <w:t>食事の品質と個別対応</w:t>
      </w:r>
    </w:p>
    <w:p w14:paraId="3A6E8011" w14:textId="77777777" w:rsidR="00A46F72" w:rsidRDefault="00000000">
      <w:pPr>
        <w:rPr>
          <w:lang w:eastAsia="ja-JP"/>
        </w:rPr>
      </w:pPr>
      <w:r>
        <w:rPr>
          <w:lang w:eastAsia="ja-JP"/>
        </w:rPr>
        <w:t>献立、食味、行事食、アレルギー、療養食、嚥下調整食、離乳食、嗜好調査及び改善方法を記載する。</w:t>
      </w:r>
    </w:p>
    <w:p w14:paraId="3C33E617" w14:textId="77777777" w:rsidR="00A46F72" w:rsidRDefault="00000000">
      <w:r>
        <w:t>＿＿＿＿＿＿＿＿＿＿＿＿＿＿＿＿＿＿＿＿＿＿＿＿＿＿＿＿＿＿＿＿＿＿＿＿＿＿＿＿</w:t>
      </w:r>
    </w:p>
    <w:p w14:paraId="2E0ED8FF" w14:textId="77777777" w:rsidR="00A46F72" w:rsidRDefault="00000000">
      <w:r>
        <w:t>＿＿＿＿＿＿＿＿＿＿＿＿＿＿＿＿＿＿＿＿＿＿＿＿＿＿＿＿＿＿＿＿＿＿＿＿＿＿＿＿</w:t>
      </w:r>
    </w:p>
    <w:p w14:paraId="0AA783E9" w14:textId="77777777" w:rsidR="00A46F72" w:rsidRDefault="00000000">
      <w:r>
        <w:t>＿＿＿＿＿＿＿＿＿＿＿＿＿＿＿＿＿＿＿＿＿＿＿＿＿＿＿＿＿＿＿＿＿＿＿＿＿＿＿＿</w:t>
      </w:r>
    </w:p>
    <w:p w14:paraId="577C29E1" w14:textId="77777777" w:rsidR="00A46F72" w:rsidRDefault="00000000">
      <w:r>
        <w:t>＿＿＿＿＿＿＿＿＿＿＿＿＿＿＿＿＿＿＿＿＿＿＿＿＿＿＿＿＿＿＿＿＿＿＿＿＿＿＿＿</w:t>
      </w:r>
    </w:p>
    <w:p w14:paraId="515F8B55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5 </w:t>
      </w:r>
      <w:r>
        <w:rPr>
          <w:lang w:eastAsia="ja-JP"/>
        </w:rPr>
        <w:t>衛生管理と事故対応</w:t>
      </w:r>
    </w:p>
    <w:p w14:paraId="5971199D" w14:textId="77777777" w:rsidR="00A46F72" w:rsidRDefault="00000000">
      <w:pPr>
        <w:rPr>
          <w:lang w:eastAsia="ja-JP"/>
        </w:rPr>
      </w:pPr>
      <w:r>
        <w:rPr>
          <w:lang w:eastAsia="ja-JP"/>
        </w:rPr>
        <w:t>衛生管理、教育、点検、記録、異物混入、誤配膳、食中毒疑い等への対応を記載する。</w:t>
      </w:r>
    </w:p>
    <w:p w14:paraId="62F07ECA" w14:textId="77777777" w:rsidR="00A46F72" w:rsidRDefault="00000000">
      <w:r>
        <w:t>＿＿＿＿＿＿＿＿＿＿＿＿＿＿＿＿＿＿＿＿＿＿＿＿＿＿＿＿＿＿＿＿＿＿＿＿＿＿＿＿</w:t>
      </w:r>
    </w:p>
    <w:p w14:paraId="3F3CF4A8" w14:textId="77777777" w:rsidR="00A46F72" w:rsidRDefault="00000000">
      <w:r>
        <w:t>＿＿＿＿＿＿＿＿＿＿＿＿＿＿＿＿＿＿＿＿＿＿＿＿＿＿＿＿＿＿＿＿＿＿＿＿＿＿＿＿</w:t>
      </w:r>
    </w:p>
    <w:p w14:paraId="2082B2BD" w14:textId="77777777" w:rsidR="00A46F72" w:rsidRDefault="00000000">
      <w:r>
        <w:t>＿＿＿＿＿＿＿＿＿＿＿＿＿＿＿＿＿＿＿＿＿＿＿＿＿＿＿＿＿＿＿＿＿＿＿＿＿＿＿＿</w:t>
      </w:r>
    </w:p>
    <w:p w14:paraId="510FD11B" w14:textId="77777777" w:rsidR="00A46F72" w:rsidRDefault="00000000">
      <w:r>
        <w:t>＿＿＿＿＿＿＿＿＿＿＿＿＿＿＿＿＿＿＿＿＿＿＿＿＿＿＿＿＿＿＿＿＿＿＿＿＿＿＿＿</w:t>
      </w:r>
    </w:p>
    <w:p w14:paraId="66D5C77B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6 </w:t>
      </w:r>
      <w:r>
        <w:rPr>
          <w:lang w:eastAsia="ja-JP"/>
        </w:rPr>
        <w:t>災害と供給不足への対応</w:t>
      </w:r>
    </w:p>
    <w:p w14:paraId="3252AF3F" w14:textId="77777777" w:rsidR="00A46F72" w:rsidRDefault="00000000">
      <w:pPr>
        <w:rPr>
          <w:lang w:eastAsia="ja-JP"/>
        </w:rPr>
      </w:pPr>
      <w:r>
        <w:rPr>
          <w:lang w:eastAsia="ja-JP"/>
        </w:rPr>
        <w:t>災害、停電、断水、感染症、物流途絶、食材不足時の代替供給、応援、備蓄及び連絡体制を記載する。</w:t>
      </w:r>
    </w:p>
    <w:p w14:paraId="2919DD81" w14:textId="77777777" w:rsidR="00A46F72" w:rsidRDefault="00000000">
      <w:r>
        <w:t>＿＿＿＿＿＿＿＿＿＿＿＿＿＿＿＿＿＿＿＿＿＿＿＿＿＿＿＿＿＿＿＿＿＿＿＿＿＿＿＿</w:t>
      </w:r>
    </w:p>
    <w:p w14:paraId="60535AA1" w14:textId="77777777" w:rsidR="00A46F72" w:rsidRDefault="00000000">
      <w:r>
        <w:t>＿＿＿＿＿＿＿＿＿＿＿＿＿＿＿＿＿＿＿＿＿＿＿＿＿＿＿＿＿＿＿＿＿＿＿＿＿＿＿＿</w:t>
      </w:r>
    </w:p>
    <w:p w14:paraId="78C8B83D" w14:textId="77777777" w:rsidR="00A46F72" w:rsidRDefault="00000000">
      <w:r>
        <w:t>＿＿＿＿＿＿＿＿＿＿＿＿＿＿＿＿＿＿＿＿＿＿＿＿＿＿＿＿＿＿＿＿＿＿＿＿＿＿＿＿</w:t>
      </w:r>
    </w:p>
    <w:p w14:paraId="3D1C0710" w14:textId="77777777" w:rsidR="00FD2885" w:rsidRDefault="00000000" w:rsidP="00FD2885">
      <w:pPr>
        <w:rPr>
          <w:lang w:eastAsia="ja-JP"/>
        </w:rPr>
      </w:pPr>
      <w:r>
        <w:rPr>
          <w:lang w:eastAsia="ja-JP"/>
        </w:rPr>
        <w:t>＿＿＿＿＿＿＿＿＿＿＿＿＿＿＿＿＿＿＿＿＿＿＿＿＿＿＿＿＿＿＿＿＿＿＿＿＿＿＿＿</w:t>
      </w:r>
    </w:p>
    <w:p w14:paraId="7E5EE959" w14:textId="1CE1AC02" w:rsidR="00A46F72" w:rsidRPr="00FD2885" w:rsidRDefault="00C3020A" w:rsidP="00C3020A">
      <w:pPr>
        <w:pStyle w:val="1"/>
        <w:rPr>
          <w:rFonts w:asciiTheme="majorEastAsia" w:hAnsiTheme="majorEastAsia"/>
          <w:b w:val="0"/>
          <w:bCs w:val="0"/>
          <w:lang w:eastAsia="ja-JP"/>
        </w:rPr>
      </w:pPr>
      <w:r>
        <w:rPr>
          <w:rFonts w:hint="eastAsia"/>
          <w:lang w:eastAsia="ja-JP"/>
        </w:rPr>
        <w:t>7</w:t>
      </w:r>
      <w:r>
        <w:rPr>
          <w:lang w:eastAsia="ja-JP"/>
        </w:rPr>
        <w:t xml:space="preserve"> </w:t>
      </w:r>
      <w:r>
        <w:rPr>
          <w:rFonts w:hint="eastAsia"/>
          <w:lang w:eastAsia="ja-JP"/>
        </w:rPr>
        <w:t>運営体制と経営安定性</w:t>
      </w:r>
    </w:p>
    <w:p w14:paraId="1A2AF8D7" w14:textId="77777777" w:rsidR="00A46F72" w:rsidRDefault="00000000">
      <w:pPr>
        <w:rPr>
          <w:lang w:eastAsia="ja-JP"/>
        </w:rPr>
      </w:pPr>
      <w:r>
        <w:rPr>
          <w:lang w:eastAsia="ja-JP"/>
        </w:rPr>
        <w:t>類似実績、支援拠点、管理監督、財務基盤、業務改善及び継続性を記載する。</w:t>
      </w:r>
    </w:p>
    <w:p w14:paraId="7D990D2B" w14:textId="77777777" w:rsidR="00A46F72" w:rsidRDefault="00000000">
      <w:r>
        <w:t>＿＿＿＿＿＿＿＿＿＿＿＿＿＿＿＿＿＿＿＿＿＿＿＿＿＿＿＿＿＿＿＿＿＿＿＿＿＿＿＿</w:t>
      </w:r>
    </w:p>
    <w:p w14:paraId="739B2C3F" w14:textId="77777777" w:rsidR="00A46F72" w:rsidRDefault="00000000">
      <w:r>
        <w:t>＿＿＿＿＿＿＿＿＿＿＿＿＿＿＿＿＿＿＿＿＿＿＿＿＿＿＿＿＿＿＿＿＿＿＿＿＿＿＿＿</w:t>
      </w:r>
    </w:p>
    <w:p w14:paraId="22FD5005" w14:textId="77777777" w:rsidR="00A46F72" w:rsidRDefault="00000000">
      <w:r>
        <w:t>＿＿＿＿＿＿＿＿＿＿＿＿＿＿＿＿＿＿＿＿＿＿＿＿＿＿＿＿＿＿＿＿＿＿＿＿＿＿＿＿</w:t>
      </w:r>
    </w:p>
    <w:p w14:paraId="6AF38F47" w14:textId="77777777" w:rsidR="00A46F72" w:rsidRDefault="00000000">
      <w:r>
        <w:t>＿＿＿＿＿＿＿＿＿＿＿＿＿＿＿＿＿＿＿＿＿＿＿＿＿＿＿＿＿＿＿＿＿＿＿＿＿＿＿＿</w:t>
      </w:r>
    </w:p>
    <w:p w14:paraId="1CCC913A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8 </w:t>
      </w:r>
      <w:r>
        <w:rPr>
          <w:lang w:eastAsia="ja-JP"/>
        </w:rPr>
        <w:t>設備と費用負担</w:t>
      </w:r>
    </w:p>
    <w:p w14:paraId="6EEC306A" w14:textId="77777777" w:rsidR="00A46F72" w:rsidRDefault="00000000">
      <w:pPr>
        <w:rPr>
          <w:lang w:eastAsia="ja-JP"/>
        </w:rPr>
      </w:pPr>
      <w:r>
        <w:rPr>
          <w:lang w:eastAsia="ja-JP"/>
        </w:rPr>
        <w:t>必要設備、初期費用、保守、修繕、光熱水費、所有権及び契約終了時の扱いを記載する。</w:t>
      </w:r>
    </w:p>
    <w:p w14:paraId="760A443F" w14:textId="77777777" w:rsidR="00A46F72" w:rsidRDefault="00000000">
      <w:r>
        <w:t>＿＿＿＿＿＿＿＿＿＿＿＿＿＿＿＿＿＿＿＿＿＿＿＿＿＿＿＿＿＿＿＿＿＿＿＿＿＿＿＿</w:t>
      </w:r>
    </w:p>
    <w:p w14:paraId="02E91AE7" w14:textId="77777777" w:rsidR="00A46F72" w:rsidRDefault="00000000">
      <w:r>
        <w:t>＿＿＿＿＿＿＿＿＿＿＿＿＿＿＿＿＿＿＿＿＿＿＿＿＿＿＿＿＿＿＿＿＿＿＿＿＿＿＿＿</w:t>
      </w:r>
    </w:p>
    <w:p w14:paraId="43B9C6B1" w14:textId="77777777" w:rsidR="00A46F72" w:rsidRDefault="00000000">
      <w:r>
        <w:lastRenderedPageBreak/>
        <w:t>＿＿＿＿＿＿＿＿＿＿＿＿＿＿＿＿＿＿＿＿＿＿＿＿＿＿＿＿＿＿＿＿＿＿＿＿＿＿＿＿</w:t>
      </w:r>
    </w:p>
    <w:p w14:paraId="490845AD" w14:textId="77777777" w:rsidR="00A46F72" w:rsidRDefault="00000000">
      <w:r>
        <w:t>＿＿＿＿＿＿＿＿＿＿＿＿＿＿＿＿＿＿＿＿＿＿＿＿＿＿＿＿＿＿＿＿＿＿＿＿＿＿＿＿</w:t>
      </w:r>
    </w:p>
    <w:p w14:paraId="5D65D25E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9 </w:t>
      </w:r>
      <w:r>
        <w:rPr>
          <w:lang w:eastAsia="ja-JP"/>
        </w:rPr>
        <w:t>開始準備と引継ぎ</w:t>
      </w:r>
    </w:p>
    <w:p w14:paraId="264435CB" w14:textId="77777777" w:rsidR="00A46F72" w:rsidRDefault="00000000">
      <w:pPr>
        <w:rPr>
          <w:lang w:eastAsia="ja-JP"/>
        </w:rPr>
      </w:pPr>
      <w:r>
        <w:rPr>
          <w:lang w:eastAsia="ja-JP"/>
        </w:rPr>
        <w:t>内定後から令和9年4月1日までの責任者、採用、研修、設備、献立、運用テスト及び引継ぎ計画を記載する。</w:t>
      </w:r>
    </w:p>
    <w:p w14:paraId="21D077D4" w14:textId="77777777" w:rsidR="00A46F72" w:rsidRDefault="00000000">
      <w:r>
        <w:t>＿＿＿＿＿＿＿＿＿＿＿＿＿＿＿＿＿＿＿＿＿＿＿＿＿＿＿＿＿＿＿＿＿＿＿＿＿＿＿＿</w:t>
      </w:r>
    </w:p>
    <w:p w14:paraId="5591B3A4" w14:textId="77777777" w:rsidR="00A46F72" w:rsidRDefault="00000000">
      <w:r>
        <w:t>＿＿＿＿＿＿＿＿＿＿＿＿＿＿＿＿＿＿＿＿＿＿＿＿＿＿＿＿＿＿＿＿＿＿＿＿＿＿＿＿</w:t>
      </w:r>
    </w:p>
    <w:p w14:paraId="51A57A30" w14:textId="77777777" w:rsidR="00A46F72" w:rsidRDefault="00000000">
      <w:r>
        <w:t>＿＿＿＿＿＿＿＿＿＿＿＿＿＿＿＿＿＿＿＿＿＿＿＿＿＿＿＿＿＿＿＿＿＿＿＿＿＿＿＿</w:t>
      </w:r>
    </w:p>
    <w:p w14:paraId="544D5495" w14:textId="77777777" w:rsidR="00A46F72" w:rsidRDefault="00000000">
      <w:r>
        <w:t>＿＿＿＿＿＿＿＿＿＿＿＿＿＿＿＿＿＿＿＿＿＿＿＿＿＿＿＿＿＿＿＿＿＿＿＿＿＿＿＿</w:t>
      </w:r>
    </w:p>
    <w:p w14:paraId="35B2CD78" w14:textId="77777777" w:rsidR="00A46F72" w:rsidRDefault="00000000">
      <w:pPr>
        <w:pStyle w:val="1"/>
        <w:rPr>
          <w:lang w:eastAsia="ja-JP"/>
        </w:rPr>
      </w:pPr>
      <w:r>
        <w:rPr>
          <w:lang w:eastAsia="ja-JP"/>
        </w:rPr>
        <w:t xml:space="preserve">10 </w:t>
      </w:r>
      <w:r>
        <w:rPr>
          <w:lang w:eastAsia="ja-JP"/>
        </w:rPr>
        <w:t>実績評価と改善</w:t>
      </w:r>
    </w:p>
    <w:p w14:paraId="2781394E" w14:textId="77777777" w:rsidR="00A46F72" w:rsidRDefault="00000000">
      <w:pPr>
        <w:rPr>
          <w:lang w:eastAsia="ja-JP"/>
        </w:rPr>
      </w:pPr>
      <w:r>
        <w:rPr>
          <w:lang w:eastAsia="ja-JP"/>
        </w:rPr>
        <w:t>月次報告、KPI、満足度、残食、事故、欠員及び改善会議の方法を記載する。</w:t>
      </w:r>
    </w:p>
    <w:p w14:paraId="23802E78" w14:textId="77777777" w:rsidR="00A46F72" w:rsidRDefault="00000000">
      <w:r>
        <w:t>＿＿＿＿＿＿＿＿＿＿＿＿＿＿＿＿＿＿＿＿＿＿＿＿＿＿＿＿＿＿＿＿＿＿＿＿＿＿＿＿</w:t>
      </w:r>
    </w:p>
    <w:p w14:paraId="07836FDD" w14:textId="77777777" w:rsidR="00A46F72" w:rsidRDefault="00000000">
      <w:r>
        <w:t>＿＿＿＿＿＿＿＿＿＿＿＿＿＿＿＿＿＿＿＿＿＿＿＿＿＿＿＿＿＿＿＿＿＿＿＿＿＿＿＿</w:t>
      </w:r>
    </w:p>
    <w:p w14:paraId="58672296" w14:textId="77777777" w:rsidR="00A46F72" w:rsidRDefault="00000000">
      <w:r>
        <w:t>＿＿＿＿＿＿＿＿＿＿＿＿＿＿＿＿＿＿＿＿＿＿＿＿＿＿＿＿＿＿＿＿＿＿＿＿＿＿＿＿</w:t>
      </w:r>
    </w:p>
    <w:p w14:paraId="07A6C244" w14:textId="77777777" w:rsidR="00A46F72" w:rsidRDefault="00000000">
      <w:r>
        <w:t>＿＿＿＿＿＿＿＿＿＿＿＿＿＿＿＿＿＿＿＿＿＿＿＿＿＿＿＿＿＿＿＿＿＿＿＿＿＿＿＿</w:t>
      </w:r>
    </w:p>
    <w:p w14:paraId="23776227" w14:textId="77777777" w:rsidR="00A46F72" w:rsidRDefault="00000000">
      <w:pPr>
        <w:pStyle w:val="1"/>
      </w:pPr>
      <w:proofErr w:type="spellStart"/>
      <w:r>
        <w:t>施設別人員計画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1276"/>
        <w:gridCol w:w="1559"/>
        <w:gridCol w:w="1845"/>
      </w:tblGrid>
      <w:tr w:rsidR="00A46F72" w14:paraId="303262ED" w14:textId="77777777" w:rsidTr="006519D6">
        <w:trPr>
          <w:jc w:val="center"/>
        </w:trPr>
        <w:tc>
          <w:tcPr>
            <w:tcW w:w="3539" w:type="dxa"/>
            <w:shd w:val="clear" w:color="auto" w:fill="1F4E78"/>
            <w:vAlign w:val="center"/>
          </w:tcPr>
          <w:p w14:paraId="35FD3588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施設</w:t>
            </w:r>
            <w:proofErr w:type="spellEnd"/>
          </w:p>
        </w:tc>
        <w:tc>
          <w:tcPr>
            <w:tcW w:w="1134" w:type="dxa"/>
            <w:shd w:val="clear" w:color="auto" w:fill="1F4E78"/>
            <w:vAlign w:val="center"/>
          </w:tcPr>
          <w:p w14:paraId="4DFB6132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責任者</w:t>
            </w:r>
            <w:proofErr w:type="spellEnd"/>
          </w:p>
        </w:tc>
        <w:tc>
          <w:tcPr>
            <w:tcW w:w="1276" w:type="dxa"/>
            <w:shd w:val="clear" w:color="auto" w:fill="1F4E78"/>
            <w:vAlign w:val="center"/>
          </w:tcPr>
          <w:p w14:paraId="3FCC9D3F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常勤換算</w:t>
            </w:r>
            <w:proofErr w:type="spellEnd"/>
          </w:p>
        </w:tc>
        <w:tc>
          <w:tcPr>
            <w:tcW w:w="1559" w:type="dxa"/>
            <w:shd w:val="clear" w:color="auto" w:fill="1F4E78"/>
            <w:vAlign w:val="center"/>
          </w:tcPr>
          <w:p w14:paraId="27B94AD0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主な勤務時間</w:t>
            </w:r>
            <w:proofErr w:type="spellEnd"/>
          </w:p>
        </w:tc>
        <w:tc>
          <w:tcPr>
            <w:tcW w:w="1845" w:type="dxa"/>
            <w:shd w:val="clear" w:color="auto" w:fill="1F4E78"/>
            <w:vAlign w:val="center"/>
          </w:tcPr>
          <w:p w14:paraId="0A77C7A3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欠員時の代替</w:t>
            </w:r>
            <w:proofErr w:type="spellEnd"/>
          </w:p>
        </w:tc>
      </w:tr>
      <w:tr w:rsidR="00A46F72" w14:paraId="727C6598" w14:textId="77777777" w:rsidTr="00EE0B71">
        <w:trPr>
          <w:trHeight w:val="624"/>
          <w:jc w:val="center"/>
        </w:trPr>
        <w:tc>
          <w:tcPr>
            <w:tcW w:w="3539" w:type="dxa"/>
            <w:vAlign w:val="center"/>
          </w:tcPr>
          <w:p w14:paraId="547E36F1" w14:textId="77777777" w:rsidR="00A46F72" w:rsidRDefault="00EE0B71">
            <w:pPr>
              <w:spacing w:after="0" w:line="240" w:lineRule="auto"/>
              <w:rPr>
                <w:sz w:val="18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石川県鳳寿荘</w:t>
            </w:r>
          </w:p>
          <w:p w14:paraId="007BA154" w14:textId="390CA968" w:rsidR="00EE0B71" w:rsidRPr="006519D6" w:rsidRDefault="00EE0B71">
            <w:pPr>
              <w:spacing w:after="0" w:line="240" w:lineRule="auto"/>
              <w:rPr>
                <w:color w:val="EE0000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 xml:space="preserve">　　（養護、特養、短期、デイ含む）</w:t>
            </w:r>
          </w:p>
        </w:tc>
        <w:tc>
          <w:tcPr>
            <w:tcW w:w="1134" w:type="dxa"/>
            <w:vAlign w:val="center"/>
          </w:tcPr>
          <w:p w14:paraId="21E8BA7B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7846C58A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4E154810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845" w:type="dxa"/>
            <w:vAlign w:val="center"/>
          </w:tcPr>
          <w:p w14:paraId="217A78E3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</w:tr>
      <w:tr w:rsidR="00A46F72" w14:paraId="682D6AC9" w14:textId="77777777" w:rsidTr="00EE0B71">
        <w:trPr>
          <w:trHeight w:val="624"/>
          <w:jc w:val="center"/>
        </w:trPr>
        <w:tc>
          <w:tcPr>
            <w:tcW w:w="3539" w:type="dxa"/>
            <w:shd w:val="clear" w:color="auto" w:fill="EAF2F8"/>
            <w:vAlign w:val="center"/>
          </w:tcPr>
          <w:p w14:paraId="284709E1" w14:textId="77777777" w:rsidR="00EE0B71" w:rsidRDefault="00EE0B71">
            <w:pPr>
              <w:spacing w:after="0" w:line="240" w:lineRule="auto"/>
              <w:rPr>
                <w:sz w:val="18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石川県八田ホーム</w:t>
            </w:r>
          </w:p>
          <w:p w14:paraId="29525CD9" w14:textId="6D7B24FE" w:rsidR="00A46F72" w:rsidRPr="006519D6" w:rsidRDefault="00EE0B71" w:rsidP="00EE0B71">
            <w:pPr>
              <w:spacing w:after="0" w:line="240" w:lineRule="auto"/>
              <w:ind w:firstLineChars="500" w:firstLine="900"/>
              <w:rPr>
                <w:color w:val="EE0000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（特養、短期、デイ含む）</w:t>
            </w:r>
          </w:p>
        </w:tc>
        <w:tc>
          <w:tcPr>
            <w:tcW w:w="1134" w:type="dxa"/>
            <w:shd w:val="clear" w:color="auto" w:fill="EAF2F8"/>
            <w:vAlign w:val="center"/>
          </w:tcPr>
          <w:p w14:paraId="57C0C892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276" w:type="dxa"/>
            <w:shd w:val="clear" w:color="auto" w:fill="EAF2F8"/>
            <w:vAlign w:val="center"/>
          </w:tcPr>
          <w:p w14:paraId="19DB7DC8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559" w:type="dxa"/>
            <w:shd w:val="clear" w:color="auto" w:fill="EAF2F8"/>
            <w:vAlign w:val="center"/>
          </w:tcPr>
          <w:p w14:paraId="147514FC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845" w:type="dxa"/>
            <w:shd w:val="clear" w:color="auto" w:fill="EAF2F8"/>
            <w:vAlign w:val="center"/>
          </w:tcPr>
          <w:p w14:paraId="6AB2CB48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</w:tr>
      <w:tr w:rsidR="00A46F72" w14:paraId="5B99F336" w14:textId="77777777" w:rsidTr="00EE0B71">
        <w:trPr>
          <w:trHeight w:val="624"/>
          <w:jc w:val="center"/>
        </w:trPr>
        <w:tc>
          <w:tcPr>
            <w:tcW w:w="3539" w:type="dxa"/>
            <w:vAlign w:val="center"/>
          </w:tcPr>
          <w:p w14:paraId="316694DC" w14:textId="0F1715B2" w:rsidR="00A46F72" w:rsidRDefault="00EE0B71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石川県</w:t>
            </w:r>
            <w:r>
              <w:rPr>
                <w:sz w:val="18"/>
                <w:lang w:eastAsia="ja-JP"/>
              </w:rPr>
              <w:t>百々鶴荘</w:t>
            </w:r>
          </w:p>
        </w:tc>
        <w:tc>
          <w:tcPr>
            <w:tcW w:w="1134" w:type="dxa"/>
            <w:vAlign w:val="center"/>
          </w:tcPr>
          <w:p w14:paraId="47698EB8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3794F7AB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68EE3841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845" w:type="dxa"/>
            <w:vAlign w:val="center"/>
          </w:tcPr>
          <w:p w14:paraId="15F10D5A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</w:tr>
      <w:tr w:rsidR="00A46F72" w14:paraId="2893F606" w14:textId="77777777" w:rsidTr="00EE0B71">
        <w:trPr>
          <w:trHeight w:val="624"/>
          <w:jc w:val="center"/>
        </w:trPr>
        <w:tc>
          <w:tcPr>
            <w:tcW w:w="3539" w:type="dxa"/>
            <w:shd w:val="clear" w:color="auto" w:fill="EAF2F8"/>
            <w:vAlign w:val="center"/>
          </w:tcPr>
          <w:p w14:paraId="3C143D54" w14:textId="7A311565" w:rsidR="00A46F72" w:rsidRDefault="00EE0B71">
            <w:pPr>
              <w:spacing w:after="0" w:line="240" w:lineRule="auto"/>
              <w:rPr>
                <w:lang w:eastAsia="ja-JP"/>
              </w:rPr>
            </w:pPr>
            <w:r>
              <w:rPr>
                <w:sz w:val="18"/>
                <w:lang w:eastAsia="ja-JP"/>
              </w:rPr>
              <w:t>老健ホームいしかわ</w:t>
            </w:r>
          </w:p>
        </w:tc>
        <w:tc>
          <w:tcPr>
            <w:tcW w:w="1134" w:type="dxa"/>
            <w:shd w:val="clear" w:color="auto" w:fill="EAF2F8"/>
            <w:vAlign w:val="center"/>
          </w:tcPr>
          <w:p w14:paraId="6F8189C4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276" w:type="dxa"/>
            <w:shd w:val="clear" w:color="auto" w:fill="EAF2F8"/>
            <w:vAlign w:val="center"/>
          </w:tcPr>
          <w:p w14:paraId="578F24A1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559" w:type="dxa"/>
            <w:shd w:val="clear" w:color="auto" w:fill="EAF2F8"/>
            <w:vAlign w:val="center"/>
          </w:tcPr>
          <w:p w14:paraId="297D1B37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1845" w:type="dxa"/>
            <w:shd w:val="clear" w:color="auto" w:fill="EAF2F8"/>
            <w:vAlign w:val="center"/>
          </w:tcPr>
          <w:p w14:paraId="3F89E7F2" w14:textId="77777777" w:rsidR="00A46F72" w:rsidRDefault="00A46F72">
            <w:pPr>
              <w:spacing w:after="0" w:line="240" w:lineRule="auto"/>
              <w:rPr>
                <w:lang w:eastAsia="ja-JP"/>
              </w:rPr>
            </w:pPr>
          </w:p>
        </w:tc>
      </w:tr>
      <w:tr w:rsidR="00A46F72" w14:paraId="0F660C7B" w14:textId="77777777" w:rsidTr="00EE0B71">
        <w:trPr>
          <w:trHeight w:val="624"/>
          <w:jc w:val="center"/>
        </w:trPr>
        <w:tc>
          <w:tcPr>
            <w:tcW w:w="3539" w:type="dxa"/>
            <w:vAlign w:val="center"/>
          </w:tcPr>
          <w:p w14:paraId="4F52061E" w14:textId="77777777" w:rsidR="00A46F72" w:rsidRDefault="00000000">
            <w:pPr>
              <w:spacing w:after="0" w:line="240" w:lineRule="auto"/>
            </w:pPr>
            <w:proofErr w:type="spellStart"/>
            <w:r>
              <w:rPr>
                <w:sz w:val="18"/>
              </w:rPr>
              <w:t>広岡こども園</w:t>
            </w:r>
            <w:proofErr w:type="spellEnd"/>
          </w:p>
        </w:tc>
        <w:tc>
          <w:tcPr>
            <w:tcW w:w="1134" w:type="dxa"/>
            <w:vAlign w:val="center"/>
          </w:tcPr>
          <w:p w14:paraId="18C180BF" w14:textId="77777777" w:rsidR="00A46F72" w:rsidRDefault="00A46F72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14:paraId="5274DCAD" w14:textId="77777777" w:rsidR="00A46F72" w:rsidRDefault="00A46F72">
            <w:pPr>
              <w:spacing w:after="0" w:line="240" w:lineRule="auto"/>
            </w:pPr>
          </w:p>
        </w:tc>
        <w:tc>
          <w:tcPr>
            <w:tcW w:w="1559" w:type="dxa"/>
            <w:vAlign w:val="center"/>
          </w:tcPr>
          <w:p w14:paraId="6842C903" w14:textId="77777777" w:rsidR="00A46F72" w:rsidRDefault="00A46F72">
            <w:pPr>
              <w:spacing w:after="0" w:line="240" w:lineRule="auto"/>
            </w:pPr>
          </w:p>
        </w:tc>
        <w:tc>
          <w:tcPr>
            <w:tcW w:w="1845" w:type="dxa"/>
            <w:vAlign w:val="center"/>
          </w:tcPr>
          <w:p w14:paraId="65267511" w14:textId="77777777" w:rsidR="00A46F72" w:rsidRDefault="00A46F72">
            <w:pPr>
              <w:spacing w:after="0" w:line="240" w:lineRule="auto"/>
            </w:pPr>
          </w:p>
        </w:tc>
      </w:tr>
    </w:tbl>
    <w:p w14:paraId="58F99576" w14:textId="77777777" w:rsidR="00A46F72" w:rsidRDefault="00A46F72">
      <w:pPr>
        <w:spacing w:after="0"/>
      </w:pPr>
    </w:p>
    <w:p w14:paraId="79E7B458" w14:textId="18B1CDA6" w:rsidR="00A46F72" w:rsidRDefault="00000000">
      <w:pPr>
        <w:pStyle w:val="1"/>
      </w:pPr>
      <w:proofErr w:type="spellStart"/>
      <w:r>
        <w:t>提案内容の確認</w:t>
      </w:r>
      <w:proofErr w:type="spellEnd"/>
      <w:r w:rsidR="00294212">
        <w:rPr>
          <w:rFonts w:hint="eastAsia"/>
          <w:lang w:eastAsia="ja-JP"/>
        </w:rPr>
        <w:t>事項</w:t>
      </w:r>
    </w:p>
    <w:p w14:paraId="48FE8410" w14:textId="77777777" w:rsidR="00A46F72" w:rsidRDefault="00000000">
      <w:pPr>
        <w:pStyle w:val="a0"/>
        <w:ind w:left="397" w:hanging="170"/>
        <w:rPr>
          <w:lang w:eastAsia="ja-JP"/>
        </w:rPr>
      </w:pPr>
      <w:r>
        <w:rPr>
          <w:lang w:eastAsia="ja-JP"/>
        </w:rPr>
        <w:t>施設側に新たな作業又は人員が必要となる場合は明記した。</w:t>
      </w:r>
    </w:p>
    <w:p w14:paraId="671D2976" w14:textId="77777777" w:rsidR="00A46F72" w:rsidRDefault="00000000">
      <w:pPr>
        <w:pStyle w:val="a0"/>
        <w:ind w:left="397" w:hanging="170"/>
        <w:rPr>
          <w:lang w:eastAsia="ja-JP"/>
        </w:rPr>
      </w:pPr>
      <w:r>
        <w:rPr>
          <w:lang w:eastAsia="ja-JP"/>
        </w:rPr>
        <w:t>見積書と提案書の前提条件は一致している。</w:t>
      </w:r>
    </w:p>
    <w:p w14:paraId="64CC70ED" w14:textId="77777777" w:rsidR="00A46F72" w:rsidRDefault="00000000">
      <w:pPr>
        <w:pStyle w:val="a0"/>
        <w:ind w:left="397" w:hanging="170"/>
        <w:rPr>
          <w:lang w:eastAsia="ja-JP"/>
        </w:rPr>
      </w:pPr>
      <w:r>
        <w:rPr>
          <w:lang w:eastAsia="ja-JP"/>
        </w:rPr>
        <w:t>令和9年4月1日の開始に向けた未確定事項と代替策を明記した。</w:t>
      </w:r>
    </w:p>
    <w:sectPr w:rsidR="00A46F72" w:rsidSect="00034616">
      <w:footerReference w:type="default" r:id="rId8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15F5E" w14:textId="77777777" w:rsidR="005B7B4B" w:rsidRDefault="005B7B4B">
      <w:pPr>
        <w:spacing w:after="0" w:line="240" w:lineRule="auto"/>
      </w:pPr>
      <w:r>
        <w:separator/>
      </w:r>
    </w:p>
  </w:endnote>
  <w:endnote w:type="continuationSeparator" w:id="0">
    <w:p w14:paraId="3D84BACB" w14:textId="77777777" w:rsidR="005B7B4B" w:rsidRDefault="005B7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32A1" w14:textId="77777777" w:rsidR="00A46F72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FD288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EB3E" w14:textId="77777777" w:rsidR="005B7B4B" w:rsidRDefault="005B7B4B">
      <w:pPr>
        <w:spacing w:after="0" w:line="240" w:lineRule="auto"/>
      </w:pPr>
      <w:r>
        <w:separator/>
      </w:r>
    </w:p>
  </w:footnote>
  <w:footnote w:type="continuationSeparator" w:id="0">
    <w:p w14:paraId="5F709179" w14:textId="77777777" w:rsidR="005B7B4B" w:rsidRDefault="005B7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763856">
    <w:abstractNumId w:val="8"/>
  </w:num>
  <w:num w:numId="2" w16cid:durableId="233780909">
    <w:abstractNumId w:val="6"/>
  </w:num>
  <w:num w:numId="3" w16cid:durableId="393772854">
    <w:abstractNumId w:val="5"/>
  </w:num>
  <w:num w:numId="4" w16cid:durableId="1471553174">
    <w:abstractNumId w:val="4"/>
  </w:num>
  <w:num w:numId="5" w16cid:durableId="1021737788">
    <w:abstractNumId w:val="7"/>
  </w:num>
  <w:num w:numId="6" w16cid:durableId="1869179137">
    <w:abstractNumId w:val="3"/>
  </w:num>
  <w:num w:numId="7" w16cid:durableId="537356934">
    <w:abstractNumId w:val="2"/>
  </w:num>
  <w:num w:numId="8" w16cid:durableId="682317529">
    <w:abstractNumId w:val="1"/>
  </w:num>
  <w:num w:numId="9" w16cid:durableId="15611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3F1"/>
    <w:rsid w:val="001060C6"/>
    <w:rsid w:val="0015074B"/>
    <w:rsid w:val="001D4C37"/>
    <w:rsid w:val="00294212"/>
    <w:rsid w:val="0029639D"/>
    <w:rsid w:val="002A179D"/>
    <w:rsid w:val="00326F90"/>
    <w:rsid w:val="00334DFA"/>
    <w:rsid w:val="00355197"/>
    <w:rsid w:val="005736B9"/>
    <w:rsid w:val="005B501E"/>
    <w:rsid w:val="005B7B4B"/>
    <w:rsid w:val="006113E8"/>
    <w:rsid w:val="006519D6"/>
    <w:rsid w:val="008A77CE"/>
    <w:rsid w:val="008E1F42"/>
    <w:rsid w:val="00984CDB"/>
    <w:rsid w:val="009C2A91"/>
    <w:rsid w:val="009E5817"/>
    <w:rsid w:val="00A46F72"/>
    <w:rsid w:val="00AA1D8D"/>
    <w:rsid w:val="00B47730"/>
    <w:rsid w:val="00B732C0"/>
    <w:rsid w:val="00C15822"/>
    <w:rsid w:val="00C3020A"/>
    <w:rsid w:val="00CB0664"/>
    <w:rsid w:val="00EE0B71"/>
    <w:rsid w:val="00F22B96"/>
    <w:rsid w:val="00F3075A"/>
    <w:rsid w:val="00FC693F"/>
    <w:rsid w:val="00FD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45EABC"/>
  <w14:defaultImageDpi w14:val="300"/>
  <w15:docId w15:val="{B6461AF2-DE32-453B-844A-E2902108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9" w:lineRule="auto"/>
    </w:pPr>
    <w:rPr>
      <w:rFonts w:ascii="Yu Gothic" w:eastAsia="Yu Gothic" w:hAnsi="Yu Gothic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jigyoudan07</cp:lastModifiedBy>
  <cp:revision>10</cp:revision>
  <cp:lastPrinted>2026-09-17T00:12:00Z</cp:lastPrinted>
  <dcterms:created xsi:type="dcterms:W3CDTF">2026-09-16T05:29:00Z</dcterms:created>
  <dcterms:modified xsi:type="dcterms:W3CDTF">2026-09-17T00:19:00Z</dcterms:modified>
  <cp:category/>
</cp:coreProperties>
</file>