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5BECD" w14:textId="70136571" w:rsidR="00E72BFC" w:rsidRDefault="00000000">
      <w:pPr>
        <w:pStyle w:val="aa"/>
        <w:jc w:val="center"/>
        <w:rPr>
          <w:lang w:eastAsia="ja-JP"/>
        </w:rPr>
      </w:pPr>
      <w:r>
        <w:rPr>
          <w:lang w:eastAsia="ja-JP"/>
        </w:rPr>
        <w:t>給食業務委託簡易</w:t>
      </w:r>
      <w:r w:rsidR="00DB3667">
        <w:rPr>
          <w:rFonts w:hint="eastAsia"/>
          <w:lang w:eastAsia="ja-JP"/>
        </w:rPr>
        <w:t>型</w:t>
      </w:r>
      <w:r>
        <w:rPr>
          <w:lang w:eastAsia="ja-JP"/>
        </w:rPr>
        <w:t>プロポーザル</w:t>
      </w:r>
      <w:r>
        <w:rPr>
          <w:lang w:eastAsia="ja-JP"/>
        </w:rPr>
        <w:t xml:space="preserve"> </w:t>
      </w:r>
      <w:r>
        <w:rPr>
          <w:lang w:eastAsia="ja-JP"/>
        </w:rPr>
        <w:t>参加申込書</w:t>
      </w:r>
    </w:p>
    <w:p w14:paraId="6CF5B5FB" w14:textId="77777777" w:rsidR="00E72BFC" w:rsidRDefault="00000000">
      <w:pPr>
        <w:jc w:val="center"/>
      </w:pPr>
      <w:r>
        <w:rPr>
          <w:b/>
        </w:rPr>
        <w:t>社会福祉法人石川県社会福祉事業団</w:t>
      </w:r>
    </w:p>
    <w:p w14:paraId="29535399" w14:textId="77777777" w:rsidR="00E72BFC" w:rsidRDefault="00000000">
      <w:r>
        <w:t>令和8年　月　日</w:t>
      </w:r>
    </w:p>
    <w:p w14:paraId="7CBAE055" w14:textId="77777777" w:rsidR="00E72BFC" w:rsidRDefault="00000000">
      <w:r>
        <w:t>社会福祉法人石川県社会福祉事業団　御中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6803"/>
      </w:tblGrid>
      <w:tr w:rsidR="00E72BFC" w14:paraId="77171D54" w14:textId="77777777">
        <w:trPr>
          <w:jc w:val="center"/>
        </w:trPr>
        <w:tc>
          <w:tcPr>
            <w:tcW w:w="2551" w:type="dxa"/>
            <w:shd w:val="clear" w:color="auto" w:fill="1F4E78"/>
            <w:vAlign w:val="center"/>
          </w:tcPr>
          <w:p w14:paraId="283D0F39" w14:textId="77777777" w:rsidR="00E72BFC" w:rsidRDefault="00000000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申込者</w:t>
            </w:r>
          </w:p>
        </w:tc>
        <w:tc>
          <w:tcPr>
            <w:tcW w:w="6803" w:type="dxa"/>
            <w:shd w:val="clear" w:color="auto" w:fill="1F4E78"/>
            <w:vAlign w:val="center"/>
          </w:tcPr>
          <w:p w14:paraId="497DB860" w14:textId="77777777" w:rsidR="00E72BFC" w:rsidRDefault="00000000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記入欄</w:t>
            </w:r>
          </w:p>
        </w:tc>
      </w:tr>
      <w:tr w:rsidR="00E72BFC" w14:paraId="53EF825D" w14:textId="77777777" w:rsidTr="000235BF">
        <w:trPr>
          <w:trHeight w:val="567"/>
          <w:jc w:val="center"/>
        </w:trPr>
        <w:tc>
          <w:tcPr>
            <w:tcW w:w="2551" w:type="dxa"/>
            <w:vAlign w:val="center"/>
          </w:tcPr>
          <w:p w14:paraId="4CCD1348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法人名</w:t>
            </w:r>
          </w:p>
        </w:tc>
        <w:tc>
          <w:tcPr>
            <w:tcW w:w="6803" w:type="dxa"/>
            <w:vAlign w:val="center"/>
          </w:tcPr>
          <w:p w14:paraId="72697D0E" w14:textId="77777777" w:rsidR="00E72BFC" w:rsidRDefault="00E72BFC">
            <w:pPr>
              <w:spacing w:after="0" w:line="240" w:lineRule="auto"/>
            </w:pPr>
          </w:p>
        </w:tc>
      </w:tr>
      <w:tr w:rsidR="00E72BFC" w14:paraId="75EEE73F" w14:textId="77777777" w:rsidTr="000235BF">
        <w:trPr>
          <w:trHeight w:val="567"/>
          <w:jc w:val="center"/>
        </w:trPr>
        <w:tc>
          <w:tcPr>
            <w:tcW w:w="2551" w:type="dxa"/>
            <w:shd w:val="clear" w:color="auto" w:fill="EAF2F8"/>
            <w:vAlign w:val="center"/>
          </w:tcPr>
          <w:p w14:paraId="2669026D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代表者職・氏名</w:t>
            </w:r>
          </w:p>
        </w:tc>
        <w:tc>
          <w:tcPr>
            <w:tcW w:w="6803" w:type="dxa"/>
            <w:shd w:val="clear" w:color="auto" w:fill="EAF2F8"/>
            <w:vAlign w:val="center"/>
          </w:tcPr>
          <w:p w14:paraId="258EE4DE" w14:textId="77777777" w:rsidR="00E72BFC" w:rsidRDefault="00E72BFC">
            <w:pPr>
              <w:spacing w:after="0" w:line="240" w:lineRule="auto"/>
            </w:pPr>
          </w:p>
        </w:tc>
      </w:tr>
      <w:tr w:rsidR="00E72BFC" w14:paraId="1B99A1A1" w14:textId="77777777" w:rsidTr="000235BF">
        <w:trPr>
          <w:trHeight w:val="567"/>
          <w:jc w:val="center"/>
        </w:trPr>
        <w:tc>
          <w:tcPr>
            <w:tcW w:w="2551" w:type="dxa"/>
            <w:vAlign w:val="center"/>
          </w:tcPr>
          <w:p w14:paraId="692A4A7B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所在地</w:t>
            </w:r>
          </w:p>
        </w:tc>
        <w:tc>
          <w:tcPr>
            <w:tcW w:w="6803" w:type="dxa"/>
            <w:vAlign w:val="center"/>
          </w:tcPr>
          <w:p w14:paraId="16782E6C" w14:textId="77777777" w:rsidR="00E72BFC" w:rsidRDefault="00E72BFC">
            <w:pPr>
              <w:spacing w:after="0" w:line="240" w:lineRule="auto"/>
            </w:pPr>
          </w:p>
        </w:tc>
      </w:tr>
      <w:tr w:rsidR="00E72BFC" w14:paraId="4DF6AF49" w14:textId="77777777" w:rsidTr="000235BF">
        <w:trPr>
          <w:trHeight w:val="567"/>
          <w:jc w:val="center"/>
        </w:trPr>
        <w:tc>
          <w:tcPr>
            <w:tcW w:w="2551" w:type="dxa"/>
            <w:shd w:val="clear" w:color="auto" w:fill="EAF2F8"/>
            <w:vAlign w:val="center"/>
          </w:tcPr>
          <w:p w14:paraId="6FDA6066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担当者所属・氏名</w:t>
            </w:r>
          </w:p>
        </w:tc>
        <w:tc>
          <w:tcPr>
            <w:tcW w:w="6803" w:type="dxa"/>
            <w:shd w:val="clear" w:color="auto" w:fill="EAF2F8"/>
            <w:vAlign w:val="center"/>
          </w:tcPr>
          <w:p w14:paraId="27B10AC3" w14:textId="77777777" w:rsidR="00E72BFC" w:rsidRDefault="00E72BFC">
            <w:pPr>
              <w:spacing w:after="0" w:line="240" w:lineRule="auto"/>
            </w:pPr>
          </w:p>
        </w:tc>
      </w:tr>
      <w:tr w:rsidR="00E72BFC" w14:paraId="3F1A2466" w14:textId="77777777" w:rsidTr="000235BF">
        <w:trPr>
          <w:trHeight w:val="567"/>
          <w:jc w:val="center"/>
        </w:trPr>
        <w:tc>
          <w:tcPr>
            <w:tcW w:w="2551" w:type="dxa"/>
            <w:vAlign w:val="center"/>
          </w:tcPr>
          <w:p w14:paraId="0BAF5233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電話番号</w:t>
            </w:r>
          </w:p>
        </w:tc>
        <w:tc>
          <w:tcPr>
            <w:tcW w:w="6803" w:type="dxa"/>
            <w:vAlign w:val="center"/>
          </w:tcPr>
          <w:p w14:paraId="5FF1175D" w14:textId="77777777" w:rsidR="00E72BFC" w:rsidRDefault="00E72BFC">
            <w:pPr>
              <w:spacing w:after="0" w:line="240" w:lineRule="auto"/>
            </w:pPr>
          </w:p>
        </w:tc>
      </w:tr>
      <w:tr w:rsidR="00E72BFC" w14:paraId="2448021E" w14:textId="77777777" w:rsidTr="000235BF">
        <w:trPr>
          <w:trHeight w:val="567"/>
          <w:jc w:val="center"/>
        </w:trPr>
        <w:tc>
          <w:tcPr>
            <w:tcW w:w="2551" w:type="dxa"/>
            <w:shd w:val="clear" w:color="auto" w:fill="EAF2F8"/>
            <w:vAlign w:val="center"/>
          </w:tcPr>
          <w:p w14:paraId="68F3402F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電子メール</w:t>
            </w:r>
          </w:p>
        </w:tc>
        <w:tc>
          <w:tcPr>
            <w:tcW w:w="6803" w:type="dxa"/>
            <w:shd w:val="clear" w:color="auto" w:fill="EAF2F8"/>
            <w:vAlign w:val="center"/>
          </w:tcPr>
          <w:p w14:paraId="56F230D3" w14:textId="77777777" w:rsidR="00E72BFC" w:rsidRDefault="00E72BFC">
            <w:pPr>
              <w:spacing w:after="0" w:line="240" w:lineRule="auto"/>
            </w:pPr>
          </w:p>
        </w:tc>
      </w:tr>
    </w:tbl>
    <w:p w14:paraId="79860F36" w14:textId="77777777" w:rsidR="00E72BFC" w:rsidRDefault="00E72BFC">
      <w:pPr>
        <w:spacing w:after="0"/>
      </w:pPr>
    </w:p>
    <w:p w14:paraId="2702946A" w14:textId="77777777" w:rsidR="00E72BFC" w:rsidRDefault="00000000">
      <w:pPr>
        <w:pStyle w:val="1"/>
      </w:pPr>
      <w:r>
        <w:t xml:space="preserve">1 </w:t>
      </w:r>
      <w:r>
        <w:t>参加希望</w:t>
      </w:r>
    </w:p>
    <w:p w14:paraId="29045B7C" w14:textId="61ADF5B1" w:rsidR="00E72BFC" w:rsidRDefault="00000000">
      <w:pPr>
        <w:rPr>
          <w:lang w:eastAsia="ja-JP"/>
        </w:rPr>
      </w:pPr>
      <w:r>
        <w:rPr>
          <w:lang w:eastAsia="ja-JP"/>
        </w:rPr>
        <w:t>募集要項及び共通仕様書を確認し、給食業務委託簡易</w:t>
      </w:r>
      <w:r w:rsidR="00DB3667">
        <w:rPr>
          <w:rFonts w:hint="eastAsia"/>
          <w:lang w:eastAsia="ja-JP"/>
        </w:rPr>
        <w:t>型</w:t>
      </w:r>
      <w:r>
        <w:rPr>
          <w:lang w:eastAsia="ja-JP"/>
        </w:rPr>
        <w:t>プロポーザルへの参加を申し込む。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1361"/>
        <w:gridCol w:w="1701"/>
        <w:gridCol w:w="2438"/>
      </w:tblGrid>
      <w:tr w:rsidR="00E72BFC" w14:paraId="55BD8D6E" w14:textId="77777777">
        <w:trPr>
          <w:jc w:val="center"/>
        </w:trPr>
        <w:tc>
          <w:tcPr>
            <w:tcW w:w="3855" w:type="dxa"/>
            <w:shd w:val="clear" w:color="auto" w:fill="1F4E78"/>
            <w:vAlign w:val="center"/>
          </w:tcPr>
          <w:p w14:paraId="273667A2" w14:textId="77777777" w:rsidR="00E72BFC" w:rsidRDefault="00000000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対象施設</w:t>
            </w:r>
          </w:p>
        </w:tc>
        <w:tc>
          <w:tcPr>
            <w:tcW w:w="1361" w:type="dxa"/>
            <w:shd w:val="clear" w:color="auto" w:fill="1F4E78"/>
            <w:vAlign w:val="center"/>
          </w:tcPr>
          <w:p w14:paraId="6D32858B" w14:textId="77777777" w:rsidR="00E72BFC" w:rsidRDefault="00000000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関心あり</w:t>
            </w:r>
          </w:p>
        </w:tc>
        <w:tc>
          <w:tcPr>
            <w:tcW w:w="1701" w:type="dxa"/>
            <w:shd w:val="clear" w:color="auto" w:fill="1F4E78"/>
            <w:vAlign w:val="center"/>
          </w:tcPr>
          <w:p w14:paraId="463A2194" w14:textId="77777777" w:rsidR="00E72BFC" w:rsidRDefault="00000000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施設確認希望</w:t>
            </w:r>
          </w:p>
        </w:tc>
        <w:tc>
          <w:tcPr>
            <w:tcW w:w="2438" w:type="dxa"/>
            <w:shd w:val="clear" w:color="auto" w:fill="1F4E78"/>
            <w:vAlign w:val="center"/>
          </w:tcPr>
          <w:p w14:paraId="3F26FCD0" w14:textId="77777777" w:rsidR="00E72BFC" w:rsidRDefault="00000000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現時点の提供方式</w:t>
            </w:r>
          </w:p>
        </w:tc>
      </w:tr>
      <w:tr w:rsidR="00E72BFC" w14:paraId="72795B51" w14:textId="77777777">
        <w:trPr>
          <w:jc w:val="center"/>
        </w:trPr>
        <w:tc>
          <w:tcPr>
            <w:tcW w:w="3855" w:type="dxa"/>
            <w:vAlign w:val="center"/>
          </w:tcPr>
          <w:p w14:paraId="3D718938" w14:textId="77777777" w:rsidR="000235BF" w:rsidRDefault="00000000">
            <w:pPr>
              <w:spacing w:after="0" w:line="240" w:lineRule="auto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石川県鳳寿荘</w:t>
            </w:r>
          </w:p>
          <w:p w14:paraId="63E794F1" w14:textId="76592985" w:rsidR="00E72BFC" w:rsidRPr="00F100F5" w:rsidRDefault="00F100F5" w:rsidP="000235BF">
            <w:pPr>
              <w:spacing w:after="0" w:line="240" w:lineRule="auto"/>
              <w:ind w:firstLineChars="400" w:firstLine="720"/>
              <w:rPr>
                <w:color w:val="EE0000"/>
                <w:lang w:eastAsia="ja-JP"/>
              </w:rPr>
            </w:pPr>
            <w:r w:rsidRPr="000235BF">
              <w:rPr>
                <w:rFonts w:hint="eastAsia"/>
                <w:color w:val="auto"/>
                <w:sz w:val="18"/>
                <w:lang w:eastAsia="ja-JP"/>
              </w:rPr>
              <w:t>（養護、特養、短期</w:t>
            </w:r>
            <w:r w:rsidR="000235BF" w:rsidRPr="000235BF">
              <w:rPr>
                <w:rFonts w:hint="eastAsia"/>
                <w:color w:val="auto"/>
                <w:sz w:val="18"/>
                <w:lang w:eastAsia="ja-JP"/>
              </w:rPr>
              <w:t>、デイ</w:t>
            </w:r>
            <w:r w:rsidRPr="000235BF">
              <w:rPr>
                <w:rFonts w:hint="eastAsia"/>
                <w:color w:val="auto"/>
                <w:sz w:val="18"/>
                <w:lang w:eastAsia="ja-JP"/>
              </w:rPr>
              <w:t>含む）</w:t>
            </w:r>
          </w:p>
        </w:tc>
        <w:tc>
          <w:tcPr>
            <w:tcW w:w="1361" w:type="dxa"/>
            <w:vAlign w:val="center"/>
          </w:tcPr>
          <w:p w14:paraId="4649D58A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701" w:type="dxa"/>
            <w:vAlign w:val="center"/>
          </w:tcPr>
          <w:p w14:paraId="1991EFDE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2438" w:type="dxa"/>
            <w:vAlign w:val="center"/>
          </w:tcPr>
          <w:p w14:paraId="0EABDE3C" w14:textId="77777777" w:rsidR="00E72BFC" w:rsidRDefault="00000000">
            <w:pPr>
              <w:spacing w:after="0" w:line="240" w:lineRule="auto"/>
              <w:rPr>
                <w:lang w:eastAsia="ja-JP"/>
              </w:rPr>
            </w:pPr>
            <w:r>
              <w:rPr>
                <w:sz w:val="18"/>
                <w:lang w:eastAsia="ja-JP"/>
              </w:rPr>
              <w:t>□現地調理　□クックチル　□ニュークックチル　□その他</w:t>
            </w:r>
          </w:p>
        </w:tc>
      </w:tr>
      <w:tr w:rsidR="00E72BFC" w14:paraId="2F6A58BB" w14:textId="77777777">
        <w:trPr>
          <w:jc w:val="center"/>
        </w:trPr>
        <w:tc>
          <w:tcPr>
            <w:tcW w:w="3855" w:type="dxa"/>
            <w:shd w:val="clear" w:color="auto" w:fill="EAF2F8"/>
            <w:vAlign w:val="center"/>
          </w:tcPr>
          <w:p w14:paraId="2072E9AD" w14:textId="07D4ABE7" w:rsidR="00E72BFC" w:rsidRPr="00F100F5" w:rsidRDefault="000235BF">
            <w:pPr>
              <w:spacing w:after="0" w:line="240" w:lineRule="auto"/>
              <w:rPr>
                <w:color w:val="EE0000"/>
                <w:lang w:eastAsia="ja-JP"/>
              </w:rPr>
            </w:pPr>
            <w:r>
              <w:rPr>
                <w:rFonts w:hint="eastAsia"/>
                <w:sz w:val="18"/>
                <w:lang w:eastAsia="ja-JP"/>
              </w:rPr>
              <w:t>石川県八田ホーム（特養、短期、デイ含む）</w:t>
            </w:r>
          </w:p>
        </w:tc>
        <w:tc>
          <w:tcPr>
            <w:tcW w:w="1361" w:type="dxa"/>
            <w:shd w:val="clear" w:color="auto" w:fill="EAF2F8"/>
            <w:vAlign w:val="center"/>
          </w:tcPr>
          <w:p w14:paraId="737B66D0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701" w:type="dxa"/>
            <w:shd w:val="clear" w:color="auto" w:fill="EAF2F8"/>
            <w:vAlign w:val="center"/>
          </w:tcPr>
          <w:p w14:paraId="60243904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2438" w:type="dxa"/>
            <w:shd w:val="clear" w:color="auto" w:fill="EAF2F8"/>
            <w:vAlign w:val="center"/>
          </w:tcPr>
          <w:p w14:paraId="68AC273E" w14:textId="77777777" w:rsidR="00E72BFC" w:rsidRDefault="00000000">
            <w:pPr>
              <w:spacing w:after="0" w:line="240" w:lineRule="auto"/>
              <w:rPr>
                <w:lang w:eastAsia="ja-JP"/>
              </w:rPr>
            </w:pPr>
            <w:r>
              <w:rPr>
                <w:sz w:val="18"/>
                <w:lang w:eastAsia="ja-JP"/>
              </w:rPr>
              <w:t>□現地調理　□クックチル　□ニュークックチル　□その他</w:t>
            </w:r>
          </w:p>
        </w:tc>
      </w:tr>
      <w:tr w:rsidR="00E72BFC" w14:paraId="3D374547" w14:textId="77777777">
        <w:trPr>
          <w:jc w:val="center"/>
        </w:trPr>
        <w:tc>
          <w:tcPr>
            <w:tcW w:w="3855" w:type="dxa"/>
            <w:vAlign w:val="center"/>
          </w:tcPr>
          <w:p w14:paraId="1DDAC44B" w14:textId="7369155F" w:rsidR="00E72BFC" w:rsidRDefault="000235BF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sz w:val="18"/>
                <w:lang w:eastAsia="ja-JP"/>
              </w:rPr>
              <w:t>石川県百々鶴荘</w:t>
            </w:r>
          </w:p>
        </w:tc>
        <w:tc>
          <w:tcPr>
            <w:tcW w:w="1361" w:type="dxa"/>
            <w:vAlign w:val="center"/>
          </w:tcPr>
          <w:p w14:paraId="6CA93A39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701" w:type="dxa"/>
            <w:vAlign w:val="center"/>
          </w:tcPr>
          <w:p w14:paraId="332B99C3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2438" w:type="dxa"/>
            <w:vAlign w:val="center"/>
          </w:tcPr>
          <w:p w14:paraId="2AB6ADD3" w14:textId="77777777" w:rsidR="00E72BFC" w:rsidRDefault="00000000">
            <w:pPr>
              <w:spacing w:after="0" w:line="240" w:lineRule="auto"/>
              <w:rPr>
                <w:lang w:eastAsia="ja-JP"/>
              </w:rPr>
            </w:pPr>
            <w:r>
              <w:rPr>
                <w:sz w:val="18"/>
                <w:lang w:eastAsia="ja-JP"/>
              </w:rPr>
              <w:t>□現地調理　□クックチル　□ニュークックチル　□その他</w:t>
            </w:r>
          </w:p>
        </w:tc>
      </w:tr>
      <w:tr w:rsidR="00E72BFC" w14:paraId="71F254E7" w14:textId="77777777">
        <w:trPr>
          <w:jc w:val="center"/>
        </w:trPr>
        <w:tc>
          <w:tcPr>
            <w:tcW w:w="3855" w:type="dxa"/>
            <w:shd w:val="clear" w:color="auto" w:fill="EAF2F8"/>
            <w:vAlign w:val="center"/>
          </w:tcPr>
          <w:p w14:paraId="0C699587" w14:textId="1924644E" w:rsidR="00E72BFC" w:rsidRDefault="000235BF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sz w:val="18"/>
                <w:lang w:eastAsia="ja-JP"/>
              </w:rPr>
              <w:t>老健ホームいしかわ</w:t>
            </w:r>
          </w:p>
        </w:tc>
        <w:tc>
          <w:tcPr>
            <w:tcW w:w="1361" w:type="dxa"/>
            <w:shd w:val="clear" w:color="auto" w:fill="EAF2F8"/>
            <w:vAlign w:val="center"/>
          </w:tcPr>
          <w:p w14:paraId="499A22A0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701" w:type="dxa"/>
            <w:shd w:val="clear" w:color="auto" w:fill="EAF2F8"/>
            <w:vAlign w:val="center"/>
          </w:tcPr>
          <w:p w14:paraId="392F3203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2438" w:type="dxa"/>
            <w:shd w:val="clear" w:color="auto" w:fill="EAF2F8"/>
            <w:vAlign w:val="center"/>
          </w:tcPr>
          <w:p w14:paraId="629E676B" w14:textId="77777777" w:rsidR="00E72BFC" w:rsidRDefault="00000000">
            <w:pPr>
              <w:spacing w:after="0" w:line="240" w:lineRule="auto"/>
              <w:rPr>
                <w:lang w:eastAsia="ja-JP"/>
              </w:rPr>
            </w:pPr>
            <w:r>
              <w:rPr>
                <w:sz w:val="18"/>
                <w:lang w:eastAsia="ja-JP"/>
              </w:rPr>
              <w:t>□現地調理　□クックチル　□ニュークックチル　□その他</w:t>
            </w:r>
          </w:p>
        </w:tc>
      </w:tr>
      <w:tr w:rsidR="00E72BFC" w14:paraId="6EABAFCF" w14:textId="77777777">
        <w:trPr>
          <w:jc w:val="center"/>
        </w:trPr>
        <w:tc>
          <w:tcPr>
            <w:tcW w:w="3855" w:type="dxa"/>
            <w:vAlign w:val="center"/>
          </w:tcPr>
          <w:p w14:paraId="78B0045F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広岡こども園</w:t>
            </w:r>
          </w:p>
        </w:tc>
        <w:tc>
          <w:tcPr>
            <w:tcW w:w="1361" w:type="dxa"/>
            <w:vAlign w:val="center"/>
          </w:tcPr>
          <w:p w14:paraId="13A4A46E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701" w:type="dxa"/>
            <w:vAlign w:val="center"/>
          </w:tcPr>
          <w:p w14:paraId="2E44C370" w14:textId="77777777" w:rsidR="00E72BFC" w:rsidRDefault="00000000">
            <w:pPr>
              <w:spacing w:after="0"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2438" w:type="dxa"/>
            <w:vAlign w:val="center"/>
          </w:tcPr>
          <w:p w14:paraId="1F0A715D" w14:textId="77777777" w:rsidR="00E72BFC" w:rsidRDefault="00000000">
            <w:pPr>
              <w:spacing w:after="0" w:line="240" w:lineRule="auto"/>
              <w:rPr>
                <w:lang w:eastAsia="ja-JP"/>
              </w:rPr>
            </w:pPr>
            <w:r>
              <w:rPr>
                <w:sz w:val="18"/>
                <w:lang w:eastAsia="ja-JP"/>
              </w:rPr>
              <w:t>□現地調理　□クックチル　□ニュークックチル　□その他</w:t>
            </w:r>
          </w:p>
        </w:tc>
      </w:tr>
    </w:tbl>
    <w:p w14:paraId="4B848CCA" w14:textId="77777777" w:rsidR="00E72BFC" w:rsidRDefault="00E72BFC">
      <w:pPr>
        <w:spacing w:after="0"/>
        <w:rPr>
          <w:lang w:eastAsia="ja-JP"/>
        </w:rPr>
      </w:pPr>
    </w:p>
    <w:p w14:paraId="7C311FF0" w14:textId="03A34170" w:rsidR="000235BF" w:rsidRDefault="00000000">
      <w:pPr>
        <w:rPr>
          <w:lang w:eastAsia="ja-JP"/>
        </w:rPr>
      </w:pPr>
      <w:r>
        <w:rPr>
          <w:lang w:eastAsia="ja-JP"/>
        </w:rPr>
        <w:t>参加申込後も、提案書提出期限まで提案対象施設を変更できる。</w:t>
      </w:r>
    </w:p>
    <w:p w14:paraId="3592FAFC" w14:textId="77777777" w:rsidR="000235BF" w:rsidRDefault="000235BF">
      <w:pPr>
        <w:rPr>
          <w:lang w:eastAsia="ja-JP"/>
        </w:rPr>
      </w:pPr>
    </w:p>
    <w:p w14:paraId="78AB23B0" w14:textId="77777777" w:rsidR="00E72BFC" w:rsidRDefault="00000000">
      <w:pPr>
        <w:pStyle w:val="1"/>
        <w:rPr>
          <w:lang w:eastAsia="ja-JP"/>
        </w:rPr>
      </w:pPr>
      <w:r>
        <w:rPr>
          <w:lang w:eastAsia="ja-JP"/>
        </w:rPr>
        <w:lastRenderedPageBreak/>
        <w:t xml:space="preserve">2 </w:t>
      </w:r>
      <w:r>
        <w:rPr>
          <w:lang w:eastAsia="ja-JP"/>
        </w:rPr>
        <w:t>参加資格の確認</w:t>
      </w:r>
    </w:p>
    <w:p w14:paraId="58851E2F" w14:textId="77777777" w:rsidR="00E72BFC" w:rsidRDefault="00000000">
      <w:pPr>
        <w:rPr>
          <w:lang w:eastAsia="ja-JP"/>
        </w:rPr>
      </w:pPr>
      <w:r>
        <w:rPr>
          <w:lang w:eastAsia="ja-JP"/>
        </w:rPr>
        <w:t>□ 法人格を有する</w:t>
      </w:r>
    </w:p>
    <w:p w14:paraId="05E3C5AC" w14:textId="77777777" w:rsidR="00E72BFC" w:rsidRDefault="00000000">
      <w:pPr>
        <w:rPr>
          <w:lang w:eastAsia="ja-JP"/>
        </w:rPr>
      </w:pPr>
      <w:r>
        <w:rPr>
          <w:lang w:eastAsia="ja-JP"/>
        </w:rPr>
        <w:t>□ 類似業務実績を有する</w:t>
      </w:r>
    </w:p>
    <w:p w14:paraId="0E230DBC" w14:textId="77777777" w:rsidR="00E72BFC" w:rsidRDefault="00000000">
      <w:pPr>
        <w:rPr>
          <w:lang w:eastAsia="ja-JP"/>
        </w:rPr>
      </w:pPr>
      <w:r>
        <w:rPr>
          <w:lang w:eastAsia="ja-JP"/>
        </w:rPr>
        <w:t>□ 必要な許認可等を有する</w:t>
      </w:r>
    </w:p>
    <w:p w14:paraId="71D2AC40" w14:textId="77777777" w:rsidR="00E72BFC" w:rsidRDefault="00000000">
      <w:pPr>
        <w:rPr>
          <w:lang w:eastAsia="ja-JP"/>
        </w:rPr>
      </w:pPr>
      <w:r>
        <w:rPr>
          <w:lang w:eastAsia="ja-JP"/>
        </w:rPr>
        <w:t>□ 税の滞納がない</w:t>
      </w:r>
    </w:p>
    <w:p w14:paraId="3A2713FA" w14:textId="77777777" w:rsidR="00E72BFC" w:rsidRDefault="00000000">
      <w:pPr>
        <w:rPr>
          <w:lang w:eastAsia="ja-JP"/>
        </w:rPr>
      </w:pPr>
      <w:r>
        <w:rPr>
          <w:lang w:eastAsia="ja-JP"/>
        </w:rPr>
        <w:t>□ 倒産手続等に該当しない</w:t>
      </w:r>
    </w:p>
    <w:p w14:paraId="08363A10" w14:textId="77777777" w:rsidR="00E72BFC" w:rsidRDefault="00000000">
      <w:pPr>
        <w:rPr>
          <w:lang w:eastAsia="ja-JP"/>
        </w:rPr>
      </w:pPr>
      <w:r>
        <w:rPr>
          <w:lang w:eastAsia="ja-JP"/>
        </w:rPr>
        <w:t>□ 反社会的勢力と関係がない</w:t>
      </w:r>
    </w:p>
    <w:p w14:paraId="235E1BEE" w14:textId="77777777" w:rsidR="00E72BFC" w:rsidRDefault="00000000">
      <w:pPr>
        <w:rPr>
          <w:lang w:eastAsia="ja-JP"/>
        </w:rPr>
      </w:pPr>
      <w:r>
        <w:rPr>
          <w:lang w:eastAsia="ja-JP"/>
        </w:rPr>
        <w:t>□ 令和9年4月1日から開始できる見込みがある</w:t>
      </w:r>
    </w:p>
    <w:p w14:paraId="6C624210" w14:textId="77777777" w:rsidR="00E72BFC" w:rsidRDefault="00000000">
      <w:pPr>
        <w:pStyle w:val="1"/>
      </w:pPr>
      <w:r>
        <w:t xml:space="preserve">3 </w:t>
      </w:r>
      <w:r>
        <w:t>添付書類</w:t>
      </w:r>
    </w:p>
    <w:p w14:paraId="108D6065" w14:textId="77777777" w:rsidR="00E72BFC" w:rsidRDefault="00000000">
      <w:r>
        <w:t>□ 履歴事項全部証明書</w:t>
      </w:r>
    </w:p>
    <w:p w14:paraId="1AB7AA7B" w14:textId="77777777" w:rsidR="00E72BFC" w:rsidRDefault="00000000">
      <w:pPr>
        <w:rPr>
          <w:lang w:eastAsia="ja-JP"/>
        </w:rPr>
      </w:pPr>
      <w:r>
        <w:rPr>
          <w:lang w:eastAsia="ja-JP"/>
        </w:rPr>
        <w:t>□ 国税の納税証明書</w:t>
      </w:r>
    </w:p>
    <w:p w14:paraId="1313F579" w14:textId="77777777" w:rsidR="00E72BFC" w:rsidRDefault="00000000">
      <w:pPr>
        <w:rPr>
          <w:lang w:eastAsia="ja-JP"/>
        </w:rPr>
      </w:pPr>
      <w:r>
        <w:rPr>
          <w:lang w:eastAsia="ja-JP"/>
        </w:rPr>
        <w:t>□ 地方税の納税証明書</w:t>
      </w:r>
    </w:p>
    <w:p w14:paraId="7FBCCCB0" w14:textId="77777777" w:rsidR="00E72BFC" w:rsidRDefault="00000000">
      <w:pPr>
        <w:rPr>
          <w:lang w:eastAsia="ja-JP"/>
        </w:rPr>
      </w:pPr>
      <w:r>
        <w:rPr>
          <w:lang w:eastAsia="ja-JP"/>
        </w:rPr>
        <w:t>□ 直近2事業年度の財務諸表</w:t>
      </w:r>
    </w:p>
    <w:p w14:paraId="090582D0" w14:textId="77777777" w:rsidR="00E72BFC" w:rsidRDefault="00000000">
      <w:pPr>
        <w:rPr>
          <w:lang w:eastAsia="ja-JP"/>
        </w:rPr>
      </w:pPr>
      <w:r>
        <w:rPr>
          <w:lang w:eastAsia="ja-JP"/>
        </w:rPr>
        <w:t>□ 許認可・届出の写し</w:t>
      </w:r>
    </w:p>
    <w:p w14:paraId="3378173E" w14:textId="77777777" w:rsidR="00E72BFC" w:rsidRDefault="00000000">
      <w:pPr>
        <w:rPr>
          <w:lang w:eastAsia="ja-JP"/>
        </w:rPr>
      </w:pPr>
      <w:r>
        <w:rPr>
          <w:lang w:eastAsia="ja-JP"/>
        </w:rPr>
        <w:t>□ 類似業務実績</w:t>
      </w:r>
    </w:p>
    <w:p w14:paraId="21206969" w14:textId="77777777" w:rsidR="00E72BFC" w:rsidRDefault="00000000">
      <w:r>
        <w:t>□ 保険加入内容</w:t>
      </w:r>
    </w:p>
    <w:p w14:paraId="7378AA59" w14:textId="77777777" w:rsidR="00E72BFC" w:rsidRDefault="00000000">
      <w:r>
        <w:t>□ 誓約書</w:t>
      </w:r>
    </w:p>
    <w:p w14:paraId="772C03ED" w14:textId="77777777" w:rsidR="00E72BFC" w:rsidRDefault="00000000">
      <w:pPr>
        <w:pStyle w:val="1"/>
      </w:pPr>
      <w:r>
        <w:t xml:space="preserve">4 </w:t>
      </w:r>
      <w:r>
        <w:t>施設確認希望日時</w:t>
      </w:r>
    </w:p>
    <w:p w14:paraId="6E9F9501" w14:textId="77777777" w:rsidR="00E72BFC" w:rsidRDefault="00000000">
      <w:r>
        <w:t>＿＿＿＿＿＿＿＿＿＿＿＿＿＿＿＿＿＿＿＿＿＿＿＿＿＿＿＿＿＿＿＿＿＿＿＿＿＿＿＿</w:t>
      </w:r>
    </w:p>
    <w:p w14:paraId="7B243594" w14:textId="77777777" w:rsidR="00E72BFC" w:rsidRDefault="00000000">
      <w:r>
        <w:t>＿＿＿＿＿＿＿＿＿＿＿＿＿＿＿＿＿＿＿＿＿＿＿＿＿＿＿＿＿＿＿＿＿＿＿＿＿＿＿＿</w:t>
      </w:r>
    </w:p>
    <w:p w14:paraId="37287676" w14:textId="77777777" w:rsidR="00E72BFC" w:rsidRDefault="00000000">
      <w:r>
        <w:t>＿＿＿＿＿＿＿＿＿＿＿＿＿＿＿＿＿＿＿＿＿＿＿＿＿＿＿＿＿＿＿＿＿＿＿＿＿＿＿＿</w:t>
      </w:r>
    </w:p>
    <w:p w14:paraId="265564E9" w14:textId="77777777" w:rsidR="00E72BFC" w:rsidRDefault="00000000">
      <w:pPr>
        <w:pStyle w:val="1"/>
      </w:pPr>
      <w:r>
        <w:t xml:space="preserve">5 </w:t>
      </w:r>
      <w:r>
        <w:t>連絡事項</w:t>
      </w:r>
    </w:p>
    <w:p w14:paraId="350D0288" w14:textId="77777777" w:rsidR="00E72BFC" w:rsidRDefault="00000000">
      <w:r>
        <w:t>＿＿＿＿＿＿＿＿＿＿＿＿＿＿＿＿＿＿＿＿＿＿＿＿＿＿＿＿＿＿＿＿＿＿＿＿＿＿＿＿</w:t>
      </w:r>
    </w:p>
    <w:p w14:paraId="4F26E49C" w14:textId="77777777" w:rsidR="00E72BFC" w:rsidRDefault="00000000">
      <w:r>
        <w:t>＿＿＿＿＿＿＿＿＿＿＿＿＿＿＿＿＿＿＿＿＿＿＿＿＿＿＿＿＿＿＿＿＿＿＿＿＿＿＿＿</w:t>
      </w:r>
    </w:p>
    <w:p w14:paraId="221D2045" w14:textId="77777777" w:rsidR="00E72BFC" w:rsidRDefault="00000000">
      <w:r>
        <w:t>＿＿＿＿＿＿＿＿＿＿＿＿＿＿＿＿＿＿＿＿＿＿＿＿＿＿＿＿＿＿＿＿＿＿＿＿＿＿＿＿</w:t>
      </w:r>
    </w:p>
    <w:p w14:paraId="526BCA9C" w14:textId="77777777" w:rsidR="00E72BFC" w:rsidRDefault="00000000">
      <w:r>
        <w:t>＿＿＿＿＿＿＿＿＿＿＿＿＿＿＿＿＿＿＿＿＿＿＿＿＿＿＿＿＿＿＿＿＿＿＿＿＿＿＿＿</w:t>
      </w:r>
    </w:p>
    <w:sectPr w:rsidR="00E72BFC" w:rsidSect="00034616">
      <w:footerReference w:type="default" r:id="rId8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82D3B" w14:textId="77777777" w:rsidR="00373FB3" w:rsidRDefault="00373FB3">
      <w:pPr>
        <w:spacing w:after="0" w:line="240" w:lineRule="auto"/>
      </w:pPr>
      <w:r>
        <w:separator/>
      </w:r>
    </w:p>
  </w:endnote>
  <w:endnote w:type="continuationSeparator" w:id="0">
    <w:p w14:paraId="7C9AA6AE" w14:textId="77777777" w:rsidR="00373FB3" w:rsidRDefault="0037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CFC6C" w14:textId="77777777" w:rsidR="00E72BFC" w:rsidRDefault="0000000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E8747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00E36" w14:textId="77777777" w:rsidR="00373FB3" w:rsidRDefault="00373FB3">
      <w:pPr>
        <w:spacing w:after="0" w:line="240" w:lineRule="auto"/>
      </w:pPr>
      <w:r>
        <w:separator/>
      </w:r>
    </w:p>
  </w:footnote>
  <w:footnote w:type="continuationSeparator" w:id="0">
    <w:p w14:paraId="59FD9FA1" w14:textId="77777777" w:rsidR="00373FB3" w:rsidRDefault="00373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1312451">
    <w:abstractNumId w:val="8"/>
  </w:num>
  <w:num w:numId="2" w16cid:durableId="1637760089">
    <w:abstractNumId w:val="6"/>
  </w:num>
  <w:num w:numId="3" w16cid:durableId="1990667163">
    <w:abstractNumId w:val="5"/>
  </w:num>
  <w:num w:numId="4" w16cid:durableId="1837070419">
    <w:abstractNumId w:val="4"/>
  </w:num>
  <w:num w:numId="5" w16cid:durableId="200869300">
    <w:abstractNumId w:val="7"/>
  </w:num>
  <w:num w:numId="6" w16cid:durableId="154537976">
    <w:abstractNumId w:val="3"/>
  </w:num>
  <w:num w:numId="7" w16cid:durableId="447164566">
    <w:abstractNumId w:val="2"/>
  </w:num>
  <w:num w:numId="8" w16cid:durableId="504631235">
    <w:abstractNumId w:val="1"/>
  </w:num>
  <w:num w:numId="9" w16cid:durableId="1988128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5BF"/>
    <w:rsid w:val="00034616"/>
    <w:rsid w:val="0006063C"/>
    <w:rsid w:val="000F554C"/>
    <w:rsid w:val="00133FDE"/>
    <w:rsid w:val="0015074B"/>
    <w:rsid w:val="001931AE"/>
    <w:rsid w:val="00254028"/>
    <w:rsid w:val="0029639D"/>
    <w:rsid w:val="00326F90"/>
    <w:rsid w:val="00373FB3"/>
    <w:rsid w:val="00492A97"/>
    <w:rsid w:val="004D0901"/>
    <w:rsid w:val="007050A4"/>
    <w:rsid w:val="00762982"/>
    <w:rsid w:val="008B116A"/>
    <w:rsid w:val="00AA1D8D"/>
    <w:rsid w:val="00B47730"/>
    <w:rsid w:val="00CB0664"/>
    <w:rsid w:val="00DB3667"/>
    <w:rsid w:val="00E14D6B"/>
    <w:rsid w:val="00E72BFC"/>
    <w:rsid w:val="00E87472"/>
    <w:rsid w:val="00F100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654785"/>
  <w14:defaultImageDpi w14:val="300"/>
  <w15:docId w15:val="{C88E6B1C-A7A9-4AA9-9438-3A35B530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69" w:lineRule="auto"/>
    </w:pPr>
    <w:rPr>
      <w:rFonts w:ascii="Yu Gothic" w:eastAsia="Yu Gothic" w:hAnsi="Yu Gothic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jigyoudan07</cp:lastModifiedBy>
  <cp:revision>6</cp:revision>
  <cp:lastPrinted>2026-09-16T05:20:00Z</cp:lastPrinted>
  <dcterms:created xsi:type="dcterms:W3CDTF">2026-09-16T05:10:00Z</dcterms:created>
  <dcterms:modified xsi:type="dcterms:W3CDTF">2026-09-16T09:11:00Z</dcterms:modified>
  <cp:category/>
</cp:coreProperties>
</file>